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5C7" w:rsidRDefault="00495AF4">
      <w:pPr>
        <w:pStyle w:val="Ttulo1"/>
      </w:pPr>
      <w:r>
        <w:t>ACTA DE LA ASAMBLEA GENERAL EXTRAORDINARIA</w:t>
      </w:r>
      <w:r>
        <w:br/>
        <w:t>DEL PARTIDO PERSONAS</w:t>
      </w:r>
    </w:p>
    <w:p w:rsidR="008A55C7" w:rsidRDefault="00F34566">
      <w:r>
        <w:t xml:space="preserve">En la ciudad de </w:t>
      </w:r>
      <w:proofErr w:type="spellStart"/>
      <w:r>
        <w:t>Gandía</w:t>
      </w:r>
      <w:proofErr w:type="spellEnd"/>
      <w:r>
        <w:t xml:space="preserve">, </w:t>
      </w:r>
      <w:proofErr w:type="spellStart"/>
      <w:r>
        <w:t>siendo</w:t>
      </w:r>
      <w:proofErr w:type="spellEnd"/>
      <w:r>
        <w:t xml:space="preserve"> las 19:30  </w:t>
      </w:r>
      <w:r w:rsidR="00495AF4">
        <w:t xml:space="preserve">horas del </w:t>
      </w:r>
      <w:proofErr w:type="spellStart"/>
      <w:r w:rsidR="00495AF4">
        <w:t>día</w:t>
      </w:r>
      <w:proofErr w:type="spellEnd"/>
      <w:r w:rsidR="00495AF4">
        <w:t xml:space="preserve"> </w:t>
      </w:r>
      <w:r>
        <w:t xml:space="preserve">1 de </w:t>
      </w:r>
      <w:proofErr w:type="spellStart"/>
      <w:r>
        <w:t>Septiembre</w:t>
      </w:r>
      <w:proofErr w:type="spellEnd"/>
      <w:r>
        <w:t xml:space="preserve"> de 2025</w:t>
      </w:r>
      <w:r w:rsidR="00495AF4">
        <w:t xml:space="preserve"> se </w:t>
      </w:r>
      <w:proofErr w:type="spellStart"/>
      <w:r w:rsidR="00495AF4">
        <w:t>reúne</w:t>
      </w:r>
      <w:proofErr w:type="spellEnd"/>
      <w:r w:rsidR="00495AF4">
        <w:t xml:space="preserve"> </w:t>
      </w:r>
      <w:proofErr w:type="spellStart"/>
      <w:r w:rsidR="00495AF4">
        <w:t>en</w:t>
      </w:r>
      <w:proofErr w:type="spellEnd"/>
      <w:r w:rsidR="00495AF4">
        <w:t xml:space="preserve"> </w:t>
      </w:r>
      <w:proofErr w:type="spellStart"/>
      <w:r w:rsidR="00A85319">
        <w:t>Asamblea</w:t>
      </w:r>
      <w:proofErr w:type="spellEnd"/>
      <w:r w:rsidR="00A85319">
        <w:t xml:space="preserve"> General </w:t>
      </w:r>
      <w:r w:rsidR="00495AF4">
        <w:t xml:space="preserve">el </w:t>
      </w:r>
      <w:proofErr w:type="spellStart"/>
      <w:r w:rsidR="00495AF4">
        <w:t>Partido</w:t>
      </w:r>
      <w:proofErr w:type="spellEnd"/>
      <w:r w:rsidR="00495AF4">
        <w:t xml:space="preserve"> Personas, </w:t>
      </w:r>
      <w:proofErr w:type="spellStart"/>
      <w:r w:rsidR="00495AF4">
        <w:t>debidamente</w:t>
      </w:r>
      <w:proofErr w:type="spellEnd"/>
      <w:r w:rsidR="00495AF4">
        <w:t xml:space="preserve"> </w:t>
      </w:r>
      <w:proofErr w:type="spellStart"/>
      <w:r w:rsidR="00495AF4">
        <w:t>convocada</w:t>
      </w:r>
      <w:proofErr w:type="spellEnd"/>
      <w:r w:rsidR="00495AF4">
        <w:t xml:space="preserve"> según lo establecido en los Estatutos de la organización.</w:t>
      </w:r>
      <w:r w:rsidR="00495AF4">
        <w:br/>
      </w:r>
    </w:p>
    <w:p w:rsidR="008A55C7" w:rsidRDefault="00495AF4">
      <w:pPr>
        <w:pStyle w:val="Ttulo2"/>
      </w:pPr>
      <w:r>
        <w:t>ORDEN DEL DÍA</w:t>
      </w:r>
    </w:p>
    <w:p w:rsidR="008A55C7" w:rsidRDefault="00495AF4">
      <w:r>
        <w:t xml:space="preserve">Único punto: Designación de los titulares autorizados para la apertura y disposición de </w:t>
      </w:r>
      <w:proofErr w:type="spellStart"/>
      <w:r>
        <w:t>fondos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</w:t>
      </w:r>
      <w:r w:rsidR="00274018">
        <w:t>s</w:t>
      </w:r>
      <w:r>
        <w:t xml:space="preserve"> </w:t>
      </w:r>
      <w:r w:rsidR="00274018">
        <w:t xml:space="preserve">dos </w:t>
      </w:r>
      <w:proofErr w:type="spellStart"/>
      <w:r>
        <w:t>cuenta</w:t>
      </w:r>
      <w:r w:rsidR="00274018">
        <w:t>s</w:t>
      </w:r>
      <w:proofErr w:type="spellEnd"/>
      <w:r>
        <w:t xml:space="preserve"> </w:t>
      </w:r>
      <w:proofErr w:type="spellStart"/>
      <w:r>
        <w:t>bancaria</w:t>
      </w:r>
      <w:r w:rsidR="00274018">
        <w:t>s</w:t>
      </w:r>
      <w:proofErr w:type="spellEnd"/>
      <w:r>
        <w:t xml:space="preserve"> </w:t>
      </w:r>
      <w:proofErr w:type="gramStart"/>
      <w:r>
        <w:t>del</w:t>
      </w:r>
      <w:proofErr w:type="gramEnd"/>
      <w:r>
        <w:t xml:space="preserve"> </w:t>
      </w:r>
      <w:proofErr w:type="spellStart"/>
      <w:r>
        <w:t>partido</w:t>
      </w:r>
      <w:proofErr w:type="spellEnd"/>
      <w:r>
        <w:t>.</w:t>
      </w:r>
      <w:r>
        <w:br/>
      </w:r>
    </w:p>
    <w:p w:rsidR="008A55C7" w:rsidRDefault="00495AF4">
      <w:pPr>
        <w:pStyle w:val="Ttulo2"/>
      </w:pPr>
      <w:r>
        <w:t>DESARROLLO</w:t>
      </w:r>
    </w:p>
    <w:p w:rsidR="008A55C7" w:rsidRDefault="00495AF4">
      <w:r>
        <w:t>Tras deliberación, la Asamblea acuerda por</w:t>
      </w:r>
      <w:r w:rsidR="00392859">
        <w:t xml:space="preserve"> unanimidad</w:t>
      </w:r>
      <w:proofErr w:type="gramStart"/>
      <w:r w:rsidR="00392859">
        <w:t>:</w:t>
      </w:r>
      <w:proofErr w:type="gramEnd"/>
      <w:r w:rsidR="00392859">
        <w:br/>
      </w:r>
      <w:r w:rsidR="00392859">
        <w:br/>
        <w:t xml:space="preserve">1. </w:t>
      </w:r>
      <w:proofErr w:type="spellStart"/>
      <w:r w:rsidR="00392859">
        <w:t>Apertura</w:t>
      </w:r>
      <w:proofErr w:type="spellEnd"/>
      <w:r w:rsidR="00392859">
        <w:t xml:space="preserve"> de dos</w:t>
      </w:r>
      <w:r>
        <w:t xml:space="preserve"> </w:t>
      </w:r>
      <w:proofErr w:type="spellStart"/>
      <w:r>
        <w:t>cuenta</w:t>
      </w:r>
      <w:r w:rsidR="00392859">
        <w:t>s</w:t>
      </w:r>
      <w:proofErr w:type="spellEnd"/>
      <w:r>
        <w:t xml:space="preserve"> </w:t>
      </w:r>
      <w:proofErr w:type="spellStart"/>
      <w:r>
        <w:t>bancaria</w:t>
      </w:r>
      <w:r w:rsidR="00392859">
        <w:t>s</w:t>
      </w:r>
      <w:proofErr w:type="spellEnd"/>
      <w:r>
        <w:t xml:space="preserve"> </w:t>
      </w:r>
      <w:proofErr w:type="spellStart"/>
      <w:r>
        <w:t>mancomunada</w:t>
      </w:r>
      <w:r w:rsidR="00392859">
        <w:t>s</w:t>
      </w:r>
      <w:proofErr w:type="spellEnd"/>
      <w:r>
        <w:t xml:space="preserve"> a </w:t>
      </w:r>
      <w:proofErr w:type="spellStart"/>
      <w:r>
        <w:t>nombre</w:t>
      </w:r>
      <w:proofErr w:type="spellEnd"/>
      <w:r>
        <w:t xml:space="preserve"> del </w:t>
      </w:r>
      <w:proofErr w:type="spellStart"/>
      <w:r>
        <w:t>Partido</w:t>
      </w:r>
      <w:proofErr w:type="spellEnd"/>
      <w:r>
        <w:t xml:space="preserve"> Personas, </w:t>
      </w:r>
      <w:proofErr w:type="spellStart"/>
      <w:r w:rsidR="00F34566">
        <w:t>en</w:t>
      </w:r>
      <w:proofErr w:type="spellEnd"/>
      <w:r w:rsidR="00F34566">
        <w:t xml:space="preserve"> la </w:t>
      </w:r>
      <w:proofErr w:type="spellStart"/>
      <w:r w:rsidR="00F34566">
        <w:t>entidad</w:t>
      </w:r>
      <w:proofErr w:type="spellEnd"/>
      <w:r w:rsidR="00F34566">
        <w:t xml:space="preserve"> </w:t>
      </w:r>
      <w:proofErr w:type="spellStart"/>
      <w:r w:rsidR="00F34566">
        <w:t>Caixa</w:t>
      </w:r>
      <w:proofErr w:type="spellEnd"/>
      <w:r w:rsidR="00F34566">
        <w:t xml:space="preserve"> Popular</w:t>
      </w:r>
      <w:r w:rsidR="00392859">
        <w:t xml:space="preserve"> de </w:t>
      </w:r>
      <w:proofErr w:type="spellStart"/>
      <w:r w:rsidR="00392859">
        <w:t>Gandía</w:t>
      </w:r>
      <w:proofErr w:type="spellEnd"/>
      <w:r w:rsidR="00392859">
        <w:t>.</w:t>
      </w:r>
      <w:r w:rsidR="00392859">
        <w:br/>
        <w:t xml:space="preserve">     </w:t>
      </w:r>
      <w:proofErr w:type="gramStart"/>
      <w:r w:rsidR="00392859">
        <w:t xml:space="preserve">Una </w:t>
      </w:r>
      <w:proofErr w:type="spellStart"/>
      <w:r w:rsidR="00392859">
        <w:t>cuenta</w:t>
      </w:r>
      <w:proofErr w:type="spellEnd"/>
      <w:r w:rsidR="00392859">
        <w:t xml:space="preserve"> </w:t>
      </w:r>
      <w:proofErr w:type="spellStart"/>
      <w:r w:rsidR="00392859">
        <w:t>será</w:t>
      </w:r>
      <w:proofErr w:type="spellEnd"/>
      <w:r w:rsidR="00392859">
        <w:t xml:space="preserve"> </w:t>
      </w:r>
      <w:proofErr w:type="spellStart"/>
      <w:r w:rsidR="00392859">
        <w:t>destinada</w:t>
      </w:r>
      <w:proofErr w:type="spellEnd"/>
      <w:r w:rsidR="00392859">
        <w:t xml:space="preserve"> para el </w:t>
      </w:r>
      <w:proofErr w:type="spellStart"/>
      <w:r w:rsidR="00392859">
        <w:t>pago</w:t>
      </w:r>
      <w:proofErr w:type="spellEnd"/>
      <w:r w:rsidR="00392859">
        <w:t xml:space="preserve"> de </w:t>
      </w:r>
      <w:proofErr w:type="spellStart"/>
      <w:r w:rsidR="00392859">
        <w:t>cuotas</w:t>
      </w:r>
      <w:proofErr w:type="spellEnd"/>
      <w:r w:rsidR="00392859">
        <w:t xml:space="preserve"> de </w:t>
      </w:r>
      <w:proofErr w:type="spellStart"/>
      <w:r w:rsidR="00392859">
        <w:t>los</w:t>
      </w:r>
      <w:proofErr w:type="spellEnd"/>
      <w:r w:rsidR="00392859">
        <w:t xml:space="preserve"> </w:t>
      </w:r>
      <w:proofErr w:type="spellStart"/>
      <w:r w:rsidR="00392859">
        <w:t>afiliados</w:t>
      </w:r>
      <w:proofErr w:type="spellEnd"/>
      <w:r w:rsidR="00392859">
        <w:t xml:space="preserve"> y </w:t>
      </w:r>
      <w:proofErr w:type="spellStart"/>
      <w:r w:rsidR="00392859">
        <w:t>afiliadas</w:t>
      </w:r>
      <w:proofErr w:type="spellEnd"/>
      <w:r w:rsidR="00392859">
        <w:t>.</w:t>
      </w:r>
      <w:proofErr w:type="gramEnd"/>
      <w:r w:rsidR="00392859">
        <w:br/>
        <w:t xml:space="preserve">     La </w:t>
      </w:r>
      <w:proofErr w:type="spellStart"/>
      <w:r w:rsidR="00392859">
        <w:t>segunda</w:t>
      </w:r>
      <w:proofErr w:type="spellEnd"/>
      <w:r w:rsidR="00392859">
        <w:t xml:space="preserve"> </w:t>
      </w:r>
      <w:proofErr w:type="spellStart"/>
      <w:r w:rsidR="00392859">
        <w:t>cuenta</w:t>
      </w:r>
      <w:proofErr w:type="spellEnd"/>
      <w:r w:rsidR="00392859">
        <w:t xml:space="preserve"> </w:t>
      </w:r>
      <w:proofErr w:type="spellStart"/>
      <w:r w:rsidR="00392859">
        <w:t>será</w:t>
      </w:r>
      <w:proofErr w:type="spellEnd"/>
      <w:r w:rsidR="00392859">
        <w:t xml:space="preserve"> para la </w:t>
      </w:r>
      <w:proofErr w:type="spellStart"/>
      <w:r w:rsidR="00392859">
        <w:t>recepción</w:t>
      </w:r>
      <w:proofErr w:type="spellEnd"/>
      <w:r w:rsidR="00392859">
        <w:t xml:space="preserve"> de </w:t>
      </w:r>
      <w:proofErr w:type="spellStart"/>
      <w:r w:rsidR="00392859">
        <w:t>donaciones</w:t>
      </w:r>
      <w:proofErr w:type="spellEnd"/>
      <w:r w:rsidR="00392859">
        <w:t xml:space="preserve"> e </w:t>
      </w:r>
      <w:proofErr w:type="spellStart"/>
      <w:r w:rsidR="00392859">
        <w:t>ingresos</w:t>
      </w:r>
      <w:proofErr w:type="spellEnd"/>
      <w:r w:rsidR="00392859">
        <w:t xml:space="preserve"> </w:t>
      </w:r>
      <w:proofErr w:type="spellStart"/>
      <w:r w:rsidR="00392859">
        <w:t>obtenidos</w:t>
      </w:r>
      <w:proofErr w:type="spellEnd"/>
      <w:r w:rsidR="00392859">
        <w:t xml:space="preserve"> de </w:t>
      </w:r>
      <w:proofErr w:type="spellStart"/>
      <w:r w:rsidR="00392859">
        <w:t>actividades</w:t>
      </w:r>
      <w:proofErr w:type="spellEnd"/>
      <w:r w:rsidR="00392859">
        <w:t xml:space="preserve"> </w:t>
      </w:r>
      <w:proofErr w:type="gramStart"/>
      <w:r w:rsidR="00392859">
        <w:t>del</w:t>
      </w:r>
      <w:proofErr w:type="gramEnd"/>
      <w:r w:rsidR="00392859">
        <w:t xml:space="preserve"> </w:t>
      </w:r>
      <w:proofErr w:type="spellStart"/>
      <w:r w:rsidR="00392859">
        <w:t>partido</w:t>
      </w:r>
      <w:proofErr w:type="spellEnd"/>
      <w:r w:rsidR="00392859">
        <w:t>.</w:t>
      </w:r>
      <w:r>
        <w:br/>
        <w:t>2. Que las personas con firma</w:t>
      </w:r>
      <w:r w:rsidR="00F34566">
        <w:t xml:space="preserve"> </w:t>
      </w:r>
      <w:proofErr w:type="spellStart"/>
      <w:r w:rsidR="00F34566">
        <w:t>mancomunada</w:t>
      </w:r>
      <w:proofErr w:type="spellEnd"/>
      <w:r w:rsidR="00F34566">
        <w:t xml:space="preserve"> </w:t>
      </w:r>
      <w:proofErr w:type="spellStart"/>
      <w:r w:rsidR="00F34566">
        <w:t>serán</w:t>
      </w:r>
      <w:proofErr w:type="spellEnd"/>
      <w:r w:rsidR="00F34566">
        <w:t>:</w:t>
      </w:r>
      <w:r w:rsidR="00F34566">
        <w:br/>
        <w:t xml:space="preserve">   - D. </w:t>
      </w:r>
      <w:r>
        <w:t xml:space="preserve"> </w:t>
      </w:r>
      <w:r w:rsidR="00F34566">
        <w:t xml:space="preserve">Francisco Manuel Victoria </w:t>
      </w:r>
      <w:proofErr w:type="gramStart"/>
      <w:r w:rsidR="00F34566">
        <w:t>Pons ,</w:t>
      </w:r>
      <w:proofErr w:type="gramEnd"/>
      <w:r w:rsidR="00F34566">
        <w:t xml:space="preserve"> con DNI 19997432J</w:t>
      </w:r>
      <w:r>
        <w:t xml:space="preserve">, </w:t>
      </w:r>
      <w:proofErr w:type="spellStart"/>
      <w:r>
        <w:t>en</w:t>
      </w:r>
      <w:proofErr w:type="spellEnd"/>
      <w:r w:rsidR="00F34566">
        <w:t xml:space="preserve"> </w:t>
      </w:r>
      <w:proofErr w:type="spellStart"/>
      <w:r w:rsidR="00F34566">
        <w:t>calidad</w:t>
      </w:r>
      <w:proofErr w:type="spellEnd"/>
      <w:r w:rsidR="00F34566">
        <w:t xml:space="preserve"> de </w:t>
      </w:r>
      <w:proofErr w:type="spellStart"/>
      <w:r w:rsidR="00F34566">
        <w:t>Presidente</w:t>
      </w:r>
      <w:proofErr w:type="spellEnd"/>
      <w:r w:rsidR="00F34566">
        <w:t>.</w:t>
      </w:r>
      <w:r w:rsidR="00F34566">
        <w:br/>
        <w:t xml:space="preserve">   - </w:t>
      </w:r>
      <w:proofErr w:type="spellStart"/>
      <w:r w:rsidR="00F34566">
        <w:t>Dña</w:t>
      </w:r>
      <w:proofErr w:type="spellEnd"/>
      <w:r w:rsidR="00F34566">
        <w:t xml:space="preserve">. Fatima Rodriguez </w:t>
      </w:r>
      <w:proofErr w:type="spellStart"/>
      <w:r w:rsidR="00F34566">
        <w:t>Davó</w:t>
      </w:r>
      <w:proofErr w:type="spellEnd"/>
      <w:r w:rsidR="00045B78">
        <w:t>, con DNI 20012324R</w:t>
      </w:r>
      <w:r>
        <w:t xml:space="preserve">, </w:t>
      </w:r>
      <w:proofErr w:type="spellStart"/>
      <w:r w:rsidR="00045B78">
        <w:t>en</w:t>
      </w:r>
      <w:proofErr w:type="spellEnd"/>
      <w:r w:rsidR="00045B78">
        <w:t xml:space="preserve"> </w:t>
      </w:r>
      <w:proofErr w:type="spellStart"/>
      <w:r w:rsidR="00045B78">
        <w:t>calidad</w:t>
      </w:r>
      <w:proofErr w:type="spellEnd"/>
      <w:r w:rsidR="00045B78">
        <w:t xml:space="preserve"> de </w:t>
      </w:r>
      <w:proofErr w:type="spellStart"/>
      <w:r w:rsidR="00045B78">
        <w:t>Tesorera</w:t>
      </w:r>
      <w:proofErr w:type="spellEnd"/>
      <w:r w:rsidR="00F34566">
        <w:t>.</w:t>
      </w:r>
      <w:r w:rsidR="00F34566">
        <w:br/>
        <w:t xml:space="preserve">   - D. Javier </w:t>
      </w:r>
      <w:proofErr w:type="spellStart"/>
      <w:r w:rsidR="00F34566">
        <w:t>Martínez</w:t>
      </w:r>
      <w:proofErr w:type="spellEnd"/>
      <w:r w:rsidR="00F34566">
        <w:t xml:space="preserve"> </w:t>
      </w:r>
      <w:proofErr w:type="spellStart"/>
      <w:r w:rsidR="00F34566">
        <w:t>Martínez</w:t>
      </w:r>
      <w:proofErr w:type="spellEnd"/>
      <w:r w:rsidR="00045B78">
        <w:t xml:space="preserve"> con DNI </w:t>
      </w:r>
      <w:r w:rsidR="00045B78">
        <w:rPr>
          <w:lang w:val="es-ES"/>
        </w:rPr>
        <w:t>20004181T,</w:t>
      </w:r>
      <w:r w:rsidR="00045B78"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calidad</w:t>
      </w:r>
      <w:proofErr w:type="spellEnd"/>
      <w:r>
        <w:t xml:space="preserve"> de </w:t>
      </w:r>
      <w:proofErr w:type="spellStart"/>
      <w:r>
        <w:t>Secretario</w:t>
      </w:r>
      <w:proofErr w:type="spellEnd"/>
      <w:r>
        <w:t>.</w:t>
      </w:r>
      <w:r>
        <w:br/>
        <w:t>3. Se establece que para la disposición de fondos será necesaria la firma conjunta de al menos dos de los tres titulares designados.</w:t>
      </w:r>
      <w:r>
        <w:br/>
      </w:r>
      <w:r>
        <w:br/>
        <w:t>No habiendo más asuntos que tratar, s</w:t>
      </w:r>
      <w:r w:rsidR="00045B78">
        <w:t>e levanta la sesión a las 20h</w:t>
      </w:r>
      <w:r>
        <w:t xml:space="preserve"> horas del mismo día, redactándose la presente acta, que firman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asist</w:t>
      </w:r>
      <w:r w:rsidR="00045B78">
        <w:t>entes</w:t>
      </w:r>
      <w:proofErr w:type="spellEnd"/>
      <w:r w:rsidR="00045B78">
        <w:t xml:space="preserve"> </w:t>
      </w:r>
      <w:proofErr w:type="spellStart"/>
      <w:r w:rsidR="00045B78">
        <w:t>en</w:t>
      </w:r>
      <w:proofErr w:type="spellEnd"/>
      <w:r w:rsidR="00045B78">
        <w:t xml:space="preserve"> </w:t>
      </w:r>
      <w:proofErr w:type="spellStart"/>
      <w:r w:rsidR="00045B78">
        <w:t>prueba</w:t>
      </w:r>
      <w:proofErr w:type="spellEnd"/>
      <w:r w:rsidR="00045B78">
        <w:t xml:space="preserve"> de </w:t>
      </w:r>
      <w:proofErr w:type="spellStart"/>
      <w:r w:rsidR="00045B78">
        <w:t>conformidad</w:t>
      </w:r>
      <w:proofErr w:type="spellEnd"/>
      <w:r w:rsidR="00045B78">
        <w:t>.</w:t>
      </w:r>
      <w:bookmarkStart w:id="0" w:name="_GoBack"/>
      <w:bookmarkEnd w:id="0"/>
      <w:r w:rsidR="00392859">
        <w:br/>
      </w:r>
      <w:r w:rsidR="00392859">
        <w:br/>
        <w:t>FIRMAS:</w:t>
      </w:r>
    </w:p>
    <w:p w:rsidR="00045B78" w:rsidRDefault="00495AF4">
      <w:r>
        <w:t>El Presidente: ___________________________</w:t>
      </w:r>
      <w:r>
        <w:br/>
      </w:r>
      <w:r w:rsidR="00392859">
        <w:br/>
      </w:r>
    </w:p>
    <w:p w:rsidR="00045B78" w:rsidRDefault="00495AF4">
      <w:r>
        <w:t>El Secretario: ___________________________</w:t>
      </w:r>
      <w:r>
        <w:br/>
      </w:r>
      <w:r w:rsidR="00392859">
        <w:br/>
      </w:r>
    </w:p>
    <w:p w:rsidR="008A55C7" w:rsidRDefault="00495AF4">
      <w:r>
        <w:t xml:space="preserve">La </w:t>
      </w:r>
      <w:proofErr w:type="spellStart"/>
      <w:r>
        <w:t>Tesorera</w:t>
      </w:r>
      <w:proofErr w:type="spellEnd"/>
      <w:r>
        <w:t>: ___________________________</w:t>
      </w:r>
      <w:r>
        <w:br/>
      </w:r>
    </w:p>
    <w:sectPr w:rsidR="008A55C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45B78"/>
    <w:rsid w:val="0006063C"/>
    <w:rsid w:val="0015074B"/>
    <w:rsid w:val="00274018"/>
    <w:rsid w:val="0029639D"/>
    <w:rsid w:val="00326F90"/>
    <w:rsid w:val="00392859"/>
    <w:rsid w:val="00495AF4"/>
    <w:rsid w:val="008A55C7"/>
    <w:rsid w:val="00A85319"/>
    <w:rsid w:val="00AA1D8D"/>
    <w:rsid w:val="00B47730"/>
    <w:rsid w:val="00CB0664"/>
    <w:rsid w:val="00F3456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20697ED-830C-4CFB-ABA0-9CD8D82ED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238</Words>
  <Characters>1311</Characters>
  <Application>Microsoft Office Word</Application>
  <DocSecurity>0</DocSecurity>
  <Lines>10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1546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Luffi</cp:lastModifiedBy>
  <cp:revision>5</cp:revision>
  <cp:lastPrinted>2025-09-01T21:51:00Z</cp:lastPrinted>
  <dcterms:created xsi:type="dcterms:W3CDTF">2013-12-23T23:15:00Z</dcterms:created>
  <dcterms:modified xsi:type="dcterms:W3CDTF">2025-09-25T20:46:00Z</dcterms:modified>
  <cp:category/>
</cp:coreProperties>
</file>